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40" w:lineRule="auto"/>
        <w:jc w:val="center"/>
      </w:pPr>
      <w:r>
        <w:rPr>
          <w:rFonts w:ascii="Arial" w:hAnsi="Arial"/>
          <w:b/>
          <w:sz w:val="32"/>
        </w:rPr>
        <w:t>SOFTWARE &amp; ALGORITHM DEVELOPER</w:t>
      </w:r>
    </w:p>
    <w:p>
      <w:pPr>
        <w:spacing w:before="0" w:after="20" w:line="240" w:lineRule="auto"/>
        <w:jc w:val="center"/>
      </w:pPr>
      <w:r>
        <w:rPr>
          <w:rFonts w:ascii="Arial" w:hAnsi="Arial"/>
          <w:b/>
          <w:sz w:val="19"/>
        </w:rPr>
        <w:t>Computer Vision | Real-Time Tracking | C++ / Python | NVIDIA Jetson / ARM</w:t>
      </w:r>
    </w:p>
    <w:p>
      <w:pPr>
        <w:spacing w:before="0" w:after="100" w:line="240" w:lineRule="auto"/>
        <w:jc w:val="center"/>
      </w:pPr>
      <w:r>
        <w:rPr>
          <w:rFonts w:ascii="Arial" w:hAnsi="Arial"/>
          <w:b/>
          <w:sz w:val="17"/>
        </w:rPr>
        <w:t>4–6 Years | Full-Time | Bangalore</w:t>
      </w:r>
    </w:p>
    <w:p>
      <w:pPr>
        <w:spacing w:before="60" w:after="40" w:line="240" w:lineRule="auto"/>
      </w:pPr>
      <w:r>
        <w:rPr>
          <w:rFonts w:ascii="Arial" w:hAnsi="Arial"/>
          <w:b/>
          <w:sz w:val="19"/>
        </w:rPr>
        <w:t>ROLE OVERVIEW</w:t>
      </w:r>
    </w:p>
    <w:p>
      <w:pPr>
        <w:spacing w:before="0" w:after="40" w:line="240" w:lineRule="auto"/>
      </w:pPr>
      <w:r>
        <w:rPr>
          <w:rFonts w:ascii="Arial" w:hAnsi="Arial"/>
          <w:b w:val="0"/>
          <w:sz w:val="17"/>
        </w:rPr>
        <w:t>We are looking for an experienced Software &amp; Algorithm Developer to develop and deploy robust real-time Computer Vision and object/surface tracking solutions on NVIDIA Jetson/ARM-based embedded platforms.</w:t>
      </w:r>
    </w:p>
    <w:p>
      <w:pPr>
        <w:spacing w:before="60" w:after="40" w:line="240" w:lineRule="auto"/>
      </w:pPr>
      <w:r>
        <w:rPr>
          <w:rFonts w:ascii="Arial" w:hAnsi="Arial"/>
          <w:b/>
          <w:sz w:val="19"/>
        </w:rPr>
        <w:t>KEY RESPONSIBILITIES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Develop real-time object detection, segmentation and multi-object tracking algorithms.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Implement object/surface localization, ID assignment, trajectory estimation and track management.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Develop image segmentation, region partitioning, convex-hull/polygon separation and graph-based object association.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Prototype and validate algorithms using Python and OpenCV; implement production-grade solutions in C++.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Port and optimize applications on NVIDIA Jetson / ARM64 Linux using CUDA, TensorRT and GPU acceleration.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Optimize CPU/GPU utilization, memory, latency and multithreaded video-processing pipelines.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Test tracking accuracy, ID continuity, track loss/re-acquisition and real-time performance.</w:t>
      </w:r>
    </w:p>
    <w:p>
      <w:pPr>
        <w:spacing w:before="60" w:after="40" w:line="240" w:lineRule="auto"/>
      </w:pPr>
      <w:r>
        <w:rPr>
          <w:rFonts w:ascii="Arial" w:hAnsi="Arial"/>
          <w:b/>
          <w:sz w:val="19"/>
        </w:rPr>
        <w:t>MUST-HAVE SKILLS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Strong hands-on experience in real-time Computer Vision and object/multi-object tracking.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Strong C++ and good Python programming skills; STL, data structures, multithreading and performance optimization.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Strong OpenCV and image processing knowledge including segmentation, feature extraction and motion estimation.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Hands-on NVIDIA Jetson / ARM64 Linux deployment experience.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Practical CUDA / GPU acceleration and real-time video processing experience.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Knowledge of Kalman Filter or similar tracking methods.</w:t>
      </w:r>
    </w:p>
    <w:p>
      <w:pPr>
        <w:spacing w:before="60" w:after="40" w:line="240" w:lineRule="auto"/>
      </w:pPr>
      <w:r>
        <w:rPr>
          <w:rFonts w:ascii="Arial" w:hAnsi="Arial"/>
          <w:b/>
          <w:sz w:val="19"/>
        </w:rPr>
        <w:t>GOOD TO HAVE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PyTorch / TensorFlow, TensorRT, GStreamer, V4L2 and hardware-accelerated video pipelines.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Graph algorithms, graph matching / data association and low-latency video analytics.</w:t>
      </w:r>
    </w:p>
    <w:p>
      <w:pPr>
        <w:spacing w:after="30" w:line="240" w:lineRule="auto"/>
        <w:ind w:left="173" w:hanging="144"/>
      </w:pPr>
      <w:r>
        <w:rPr>
          <w:rFonts w:ascii="Arial" w:hAnsi="Arial"/>
          <w:sz w:val="17"/>
        </w:rPr>
        <w:t>• CMake, Git and NVIDIA Nsight / Linux profiling.</w:t>
      </w:r>
    </w:p>
    <w:p>
      <w:pPr>
        <w:spacing w:before="60" w:after="40" w:line="240" w:lineRule="auto"/>
      </w:pPr>
      <w:r>
        <w:rPr>
          <w:rFonts w:ascii="Arial" w:hAnsi="Arial"/>
          <w:b/>
          <w:sz w:val="19"/>
        </w:rPr>
        <w:t>EDUCATION &amp; EXPERIENCE</w:t>
      </w:r>
    </w:p>
    <w:p>
      <w:pPr>
        <w:spacing w:before="0" w:after="40" w:line="240" w:lineRule="auto"/>
      </w:pPr>
      <w:r>
        <w:rPr>
          <w:rFonts w:ascii="Arial" w:hAnsi="Arial"/>
          <w:b w:val="0"/>
          <w:sz w:val="17"/>
        </w:rPr>
        <w:t>B.E./B.Tech/M.E./M.Tech in Computer Science, AI/ML, Robotics or related engineering discipline. 4–6 years of relevant hands-on experience in Real-Time Computer Vision + C++ + Python + NVIDIA Jetson/ARM + Object Tracking. Candidates with only generic software, web development or Python experience are not suitable.</w:t>
      </w:r>
    </w:p>
    <w:p>
      <w:pPr>
        <w:spacing w:before="60" w:after="40" w:line="240" w:lineRule="auto"/>
      </w:pPr>
      <w:r>
        <w:rPr>
          <w:rFonts w:ascii="Arial" w:hAnsi="Arial"/>
          <w:b/>
          <w:sz w:val="19"/>
        </w:rPr>
        <w:t>KEY SKILLS</w:t>
      </w:r>
    </w:p>
    <w:p>
      <w:pPr>
        <w:spacing w:before="0" w:after="40" w:line="240" w:lineRule="auto"/>
      </w:pPr>
      <w:r>
        <w:rPr>
          <w:rFonts w:ascii="Arial" w:hAnsi="Arial"/>
          <w:b w:val="0"/>
          <w:sz w:val="17"/>
        </w:rPr>
        <w:t>C++ | Python | OpenCV | Computer Vision | Object Tracking | Image Segmentation | CUDA | TensorRT | NVIDIA Jetson | ARM64 Linux | GStreamer | Embedded AI | Edge AI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1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1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  <w:sz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1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  <w:sz w:val="18"/>
    </w:rPr>
  </w:style>
  <w:style w:type="table" w:default="1" w:styleId="TableNormal">
    <w:name w:val="Normal Table"/>
    <w:uiPriority w:val="99"/>
    <w:semiHidden/>
    <w:unhideWhenUsed/>
    <w:rPr>
      <w:rFonts w:ascii="Arial" w:hAnsi="Arial"/>
      <w:sz w:val="1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1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1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1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18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  <w:sz w:val="18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8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8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  <w:sz w:val="18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  <w:sz w:val="18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  <w:sz w:val="18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  <w:sz w:val="18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  <w:sz w:val="18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  <w:sz w:val="18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  <w:sz w:val="18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  <w:sz w:val="18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  <w:sz w:val="18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18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18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  <w:sz w:val="18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  <w:sz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18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  <w:sz w:val="18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  <w:sz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  <w:sz w:val="1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  <w:sz w:val="18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  <w:sz w:val="18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  <w:sz w:val="18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sz w:val="18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sz w:val="18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  <w:sz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  <w:sz w:val="18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